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משמעות - סמל, מוטיב, רעיון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משמעות ביצירה: אירוניה, סמל, מוטיב, ארמז, נושא ורעיון,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הללו בדוגמאות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המושגים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פער בין מה שנאמר למה שקורה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לייצג רעיון גדול מעבר למשמעות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פרט שחוזר כמה פעמים ויוצר חוט מקשר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אירוניה היא דווקא פער בין הציפייה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מוטיב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(פער בין ציפייה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(חפץ שמייצג רעיון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(פרט חוזר לאורך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(רמז לסיפור מוכר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מוטיב - כי מדובר בפרט שחוזר כמה פעמים ויוצר חוט מקשר ביצירה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נושא ורעיון מרכזי ביצירה, וינסה לאתר סמל או מוטיב אם קיים,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 מייצג רעיון, מוטיב חוזר כדי ליצור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לפער בין ציפייה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הכותרת מכוונת את הקריאה ומרמזת על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מוכרת מהכיתה ולנתח אותה יחד לפי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מושגים בטקסט קצר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משמעות - סמל, מוטיב, רעיון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שעוזרים לנו להבין את המשמעות העמוקה של יצירה ספרותית - מעבר לעלילה הפשוטה.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אירוניה  ·  מוטיב  ·  סמל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זו אירוניה?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 על פרט לאורך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פער בין מה שנאמר למה שקורה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רמז לסיפור מקראי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הסמל ביצירה?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לחזור כמה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לייצג רעיון גדול מעבר למשמעות הרגילה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ליצור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מוטיב?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רמז ליצירה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פרט שחוזר כמה פעמים ויוצר חוט מקשר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היצירה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אירוניה היא כאשר מה שקורה תואם בדיוק את הציפיות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סמל יכול להיות חפץ, דמות, צבע או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ארמז מוסיף רובד משמעות מהמקור אל היצירה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חפץ או דמות שמייצגים רעיון גדול ומופשט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יש פער בין מה שנאמר למה שקורה בפועל,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פרט שחוזר כמה פעמים ביצירה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פרט חוזר לאורך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פער בין ציפייה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רמז לסיפור מוכר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חפץ שמייצג רעיון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בסיפור חוזר שוב ושוב תיאור של שעון עצר. איזה מושג זה מדגים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יצירה (סיפור, שיר) שלמדתם וכתבו: מהו הנושא שלה? מהו הרעיון המרכזי? האם יש בה סמל או מוטיב?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סמל למוטיב?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לאירוניה מהחיים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משמעות - סמל, מוטיב, רעיון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