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משמעות - סמל, מוטיב, רעיון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בניתוח משמעות ביצירה: אירוניה, סמל, מוטיב, ארמז, נושא ורעיון, כותרת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המושגים הללו בדוגמאות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יישום המושגים בכתיבה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פער בין מה שנאמר למה שקורה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לייצג רעיון גדול מעבר למשמעות הרגילה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פרט שחוזר כמה פעמים ויוצר חוט מקשר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רמז ליצירה, סיפור מקראי או אירוע 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נושא הוא על מה היצירה מדברת, רעיון הוא המסר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על הנושא, דמות או סמל ביצירה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אירוניה היא דווקא פער בין הציפייה למציאות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מוטיב חוזר כמה פעמים לאורך 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מוגדר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כל האמצעים האמנותיים משרתים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כותרת יכולה לרמז על נושא, דמות או סמל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אירוניה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מוטיב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רעיון המרכזי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(פער בין ציפייה למציאות)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(חפץ שמייצג רעיון 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(פרט חוזר לאורך היצירה)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(רמז לסיפור מוכר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(שם היצירה שמכוון את הקריאה)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זיהוי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מוטיב - כי מדובר בפרט שחוזר כמה פעמים ויוצר חוט מקשר ביצירה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אירוניה - פער בין מה שנאמר למה שקורה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- יש לבדוק שהתלמיד זיהה חפץ/דמות ונתן הסבר למשמעות המופשטת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יזהה נושא ורעיון מרכזי ביצירה, וינסה לאתר סמל או מוטיב אם קיים, עם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סמל מייצג רעיון, מוטיב חוזר כדי ליצור 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לפער בין ציפייה למציאות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הכותרת מכוונת את הקריאה ומרמזת על 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דוגמה מוכרת מהכיתה ולנתח אותה יחד לפי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זיהוי מושגים בטקסט קצר לפני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מהתלמידים אפשר לדלג על השאלות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משמעות - סמל, מוטיב, רעיון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שעוזרות להבין מה היצירה באמת רוצה להגיד 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אירוניה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פער בין מה שנאמר למה שבאמת קורה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או דמות שמייצגים רעיון גדול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מוטיב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פרט שחוזר כמה פעמים לאורך היצירה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ארמז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רמז ליצירה או לסיפור מוכר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נושא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 מה היצירה מדברת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רעיון מרכזי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המסר שהיצירה רוצה להעביר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כותרת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היצירה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אירוניה זו...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 על פרט לאורך 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פער בין מה שנאמר למה שקורה בפועל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רמז לסיפור מקראי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סמל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לחזור כמה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לייצג רעיון גדול מעבר למשמעות הרגילה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ליצור הומור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לתת שם ליצירה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מוטיב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רמז ליצירה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פרט שחוזר כמה פעמים ויוצר חוט מקשר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פער בין ציפייה למציאות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ארמז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חפץ שמייצג רעיון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רמז ליצירה, סיפור מקראי או אירוע 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נושא 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 על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נושא הוא על מה היצירה מדברת, רעיון הוא המסר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רעיון הוא שם 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נושא הוא רק בשירה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כותרת יכולה לרמז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על שם הסופר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הנושא, דמות או סמל ביצירה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על אורך 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מספר העמודים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אירוניה היא כאשר מה שקורה תואם בדיוק את הציפיות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סמל יכול להיות חפץ, דמות, צבע או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מוטיב חוזר רק פעם אחת ביצירה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ארמז מוסיף רובד משמעות מהמקור אל היצירה החדשה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המרכזי הוא הלב של היצירה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כותרת יצירה לעולם לא קשורה לתוכן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חפץ או דמות שמייצגים רעיון גדול ומופשט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יש פער בין מה שנאמר למה שקורה בפועל, זו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פרט שחוזר כמה פעמים ביצירה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רמז לסיפור מקראי או ליצירה אחרת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הוא המסר או התובנה שהיצירה אומרת על הנושא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אירוניה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רמז לסיפור מוכר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פרט חוזר לאורך היצירה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מוטיב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חפץ שמייצג רעיון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ארמז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שם היצירה שמכוון את הקריאה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כותרת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פער בין ציפייה למציאות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זיהוי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בסיפור חוזר שוב ושוב תיאור של שעון עצר. איזה מושג זה מדגים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דמות אומרת 'איזה יום נפלא' ביום שבו הכל השתבש. איזה מושג זה מדגים?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דוגמה אחת משלכם לסמל מתוך סיפור או שיר שקראתם, והסבירו מה הוא מייצג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יצירה (סיפור, שיר) שלמדתם וכתבו: מהו הנושא שלה? מהו הרעיון המרכזי? האם יש בה סמל או מוטיב?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סמל למוטיב?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לאירוניה מהחיים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לשים לב לכותרת של יצירה?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משמעות - סמל, מוטיב, רעיון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