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משמעות ביצירה: אירוניה, סמל, מוטיב, ארמז, נושא ורעיון,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המושגים הללו בדוגמאות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המושגים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 בין מה שנאמר למה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לייצג רעיון גדול מעבר למשמעות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פרט שחוזר כמה פעמים ויוצר חוט מקשר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רמז ליצירה, סיפור מקראי או אירוע מוכר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נושא הוא על מה היצירה מדברת, רעיון הוא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הנושא, דמות או סמל ביצירה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אירוניה היא דווקא פער בין הציפייה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מוטיב חוזר כמה פעמים לאורך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האמצעים האמנותיים משרתים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כותרת יכולה לרמז על נושא, דמות או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(פער בין ציפייה למציאות)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 שמייצג רעיון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(פרט חוזר לאורך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(רמז לסיפור מוכר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היצירה שמכוון את הקריאה)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מוטיב - כי מדובר בפרט שחוזר כמה פעמים ויוצר חוט מקשר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אירוניה - פער בין מה שנאמר למה שקורה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לבדוק שהתלמיד זיהה חפץ/דמות ונתן הסבר למשמעות המופשטת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נושא ורעיון מרכזי ביצירה, וינסה לאתר סמל או מוטיב אם קיים,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סמל מייצג רעיון, מוטיב חוזר כדי ליצור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לפער בין ציפייה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הכותרת מכוונת את הקריאה ומרמזת על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מוכרת מהכיתה ולנתח אותה יחד לפי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מושגים בטקסט קצר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אפשר לדלג על השאלות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משמעות - סמל, מוטיב, רעיון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שעוזרים לנו להבין את המשמעות העמוקה של יצירה ספרותית - מעבר לעלילה הפשוטה.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אירוניה?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פרט לאורך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פער בין מה שנאמר למה שקורה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לסיפור מקראי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הסמל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לייצג רעיון גדול מעבר למשמעות הרגילה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שם ליצירה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מוטיב?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 ליצירה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שחוזר כמה פעמים ויוצר חוט מקשר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פער בין ציפייה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ארמז?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שמייצג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ליצירה, סיפור מקראי או אירוע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ההבדל בין נושא לרעיון 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 הוא על מה היצירה מדברת, רעיון הוא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הוא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נושא הוא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יכולה הכותרת לרמז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על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הנושא, דמות או סמל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אורך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אירוניה היא כאשר מה שקורה תואם בדיוק את הציפיות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יכול להיות חפץ, דמות, צבע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 חוזר רק פעם אחת ביצירה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ארמז מוסיף רובד משמעות מהמקור אל היצירה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הוא הלב של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יצירה לעולם לא קשורה לתוכן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חפץ או דמות שמייצגים רעיון גדול ומופשט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יש פער בין מה שנאמר למה שקורה בפועל,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פרט שחוזר כמה פעמים ביצירה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רמז לסיפור מקראי או ליצירה אחרת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המסר או התובנה שהיצירה אומרת על הנושא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רמז לסיפור מוכר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פרט חוזר לאורך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היצירה שמכוון את הקריאה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שמייצג רעיון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פער בין ציפייה למציאות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בסיפור חוזר שוב ושוב תיאור של שעון עצר. איזה מושג זה מדגים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אומרת 'איזה יום נפלא' ביום שבו הכל השתבש. איזה מושג זה מדגים?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אחת משלכם לסמל מתוך סיפור או שיר שקראתם, והסבירו מה הוא מייצג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(סיפור, שיר) שלמדתם וכתבו: מהו הנושא שלה? מהו הרעיון המרכזי? האם יש בה סמל או מוטיב?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סמל למוטיב?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לאירוניה מהחיים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לכותרת של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משמעות - סמל, מוטיב, רעיון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